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09C9D" w14:textId="77777777" w:rsidR="005A43DB" w:rsidRPr="003B788B" w:rsidRDefault="00000000" w:rsidP="003B788B">
      <w:pPr>
        <w:pStyle w:val="Tytu"/>
        <w:jc w:val="center"/>
        <w:rPr>
          <w:color w:val="000000" w:themeColor="text1"/>
          <w:lang w:val="pl-PL"/>
        </w:rPr>
      </w:pPr>
      <w:r w:rsidRPr="003B788B">
        <w:rPr>
          <w:color w:val="000000" w:themeColor="text1"/>
          <w:lang w:val="pl-PL"/>
        </w:rPr>
        <w:t>DOWÓZ DZIECI DO SZKOŁY PODSTAWOWEJ W BISKUPICACH</w:t>
      </w:r>
    </w:p>
    <w:p w14:paraId="6075006F" w14:textId="77777777" w:rsidR="005A43DB" w:rsidRPr="00D958F3" w:rsidRDefault="00000000" w:rsidP="00406554">
      <w:pPr>
        <w:jc w:val="center"/>
        <w:rPr>
          <w:lang w:val="pl-PL"/>
        </w:rPr>
      </w:pPr>
      <w:r w:rsidRPr="00D958F3">
        <w:rPr>
          <w:lang w:val="pl-PL"/>
        </w:rPr>
        <w:t>Rok szkolny 2026/2027</w:t>
      </w:r>
    </w:p>
    <w:p w14:paraId="039E9485" w14:textId="77777777" w:rsidR="005A43DB" w:rsidRPr="00D958F3" w:rsidRDefault="00000000">
      <w:pPr>
        <w:rPr>
          <w:lang w:val="pl-PL"/>
        </w:rPr>
      </w:pPr>
      <w:r w:rsidRPr="00D958F3">
        <w:rPr>
          <w:lang w:val="pl-PL"/>
        </w:rPr>
        <w:t>Podane godziny odjazdów z przystanków mają charakter orientacyjny i mogą ulec niewielkim zmianom w zależności od warunków drogowych, natężenia ruchu oraz bieżącej sytuacji na trasie.</w:t>
      </w:r>
    </w:p>
    <w:p w14:paraId="75B45EE5" w14:textId="77777777" w:rsidR="005A43DB" w:rsidRPr="00D958F3" w:rsidRDefault="00000000">
      <w:pPr>
        <w:rPr>
          <w:u w:val="single"/>
          <w:lang w:val="pl-PL"/>
        </w:rPr>
      </w:pPr>
      <w:r w:rsidRPr="00D958F3">
        <w:rPr>
          <w:u w:val="single"/>
          <w:lang w:val="pl-PL"/>
        </w:rPr>
        <w:t>Prosimy, aby dzieci oczekiwały na autobus na przystanku kilka minut przed podaną godziną odjazdu.</w:t>
      </w:r>
    </w:p>
    <w:p w14:paraId="397F25B3" w14:textId="77777777" w:rsidR="00EA1733" w:rsidRPr="003B788B" w:rsidRDefault="00000000" w:rsidP="00EA1733">
      <w:pPr>
        <w:pStyle w:val="Nagwek2"/>
        <w:jc w:val="center"/>
        <w:rPr>
          <w:color w:val="000000" w:themeColor="text1"/>
          <w:lang w:val="pl-PL"/>
        </w:rPr>
      </w:pPr>
      <w:r w:rsidRPr="003B788B">
        <w:rPr>
          <w:color w:val="000000" w:themeColor="text1"/>
          <w:lang w:val="pl-PL"/>
        </w:rPr>
        <w:t>PRZYWÓZ</w:t>
      </w:r>
      <w:r w:rsidR="00EA1733">
        <w:rPr>
          <w:color w:val="000000" w:themeColor="text1"/>
          <w:lang w:val="pl-PL"/>
        </w:rPr>
        <w:br/>
      </w:r>
      <w:r w:rsidR="00EA1733">
        <w:rPr>
          <w:color w:val="000000" w:themeColor="text1"/>
          <w:lang w:val="pl-PL"/>
        </w:rPr>
        <w:br/>
      </w:r>
      <w:r w:rsidR="00EA1733" w:rsidRPr="003B788B">
        <w:rPr>
          <w:color w:val="000000" w:themeColor="text1"/>
          <w:lang w:val="pl-PL"/>
        </w:rPr>
        <w:t>Autobus SP Biskupice (trasa podzielona – dół)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EA1733" w14:paraId="6E515128" w14:textId="77777777" w:rsidTr="000E6E3B">
        <w:tc>
          <w:tcPr>
            <w:tcW w:w="2880" w:type="dxa"/>
          </w:tcPr>
          <w:p w14:paraId="5DD60C2F" w14:textId="77777777" w:rsidR="00EA1733" w:rsidRDefault="00EA1733" w:rsidP="000E6E3B">
            <w:proofErr w:type="spellStart"/>
            <w:r>
              <w:t>Przystanek</w:t>
            </w:r>
            <w:proofErr w:type="spellEnd"/>
          </w:p>
        </w:tc>
        <w:tc>
          <w:tcPr>
            <w:tcW w:w="2880" w:type="dxa"/>
          </w:tcPr>
          <w:p w14:paraId="779E3DD7" w14:textId="77777777" w:rsidR="00EA1733" w:rsidRDefault="00EA1733" w:rsidP="000E6E3B">
            <w:proofErr w:type="spellStart"/>
            <w:r>
              <w:t>Godzina</w:t>
            </w:r>
            <w:proofErr w:type="spellEnd"/>
          </w:p>
        </w:tc>
        <w:tc>
          <w:tcPr>
            <w:tcW w:w="2880" w:type="dxa"/>
          </w:tcPr>
          <w:p w14:paraId="0CB747FC" w14:textId="77777777" w:rsidR="00EA1733" w:rsidRDefault="00EA1733" w:rsidP="000E6E3B">
            <w:proofErr w:type="spellStart"/>
            <w:r>
              <w:t>Uwagi</w:t>
            </w:r>
            <w:proofErr w:type="spellEnd"/>
          </w:p>
        </w:tc>
      </w:tr>
      <w:tr w:rsidR="00EA1733" w14:paraId="70E59021" w14:textId="77777777" w:rsidTr="000E6E3B">
        <w:tc>
          <w:tcPr>
            <w:tcW w:w="2880" w:type="dxa"/>
          </w:tcPr>
          <w:p w14:paraId="40A357BA" w14:textId="77777777" w:rsidR="00EA1733" w:rsidRDefault="00EA1733" w:rsidP="000E6E3B">
            <w:r>
              <w:t xml:space="preserve">I – </w:t>
            </w:r>
            <w:proofErr w:type="spellStart"/>
            <w:r>
              <w:t>Zabłocie</w:t>
            </w:r>
            <w:proofErr w:type="spellEnd"/>
            <w:r>
              <w:t xml:space="preserve"> </w:t>
            </w:r>
            <w:proofErr w:type="spellStart"/>
            <w:r>
              <w:t>pętla</w:t>
            </w:r>
            <w:proofErr w:type="spellEnd"/>
            <w:r>
              <w:t xml:space="preserve"> </w:t>
            </w:r>
            <w:proofErr w:type="spellStart"/>
            <w:r>
              <w:t>przystanek</w:t>
            </w:r>
            <w:proofErr w:type="spellEnd"/>
          </w:p>
        </w:tc>
        <w:tc>
          <w:tcPr>
            <w:tcW w:w="2880" w:type="dxa"/>
          </w:tcPr>
          <w:p w14:paraId="55695F7F" w14:textId="77777777" w:rsidR="00EA1733" w:rsidRDefault="00EA1733" w:rsidP="000E6E3B">
            <w:r>
              <w:t>7:00</w:t>
            </w:r>
          </w:p>
        </w:tc>
        <w:tc>
          <w:tcPr>
            <w:tcW w:w="2880" w:type="dxa"/>
          </w:tcPr>
          <w:p w14:paraId="46817EAD" w14:textId="77777777" w:rsidR="00EA1733" w:rsidRDefault="00EA1733" w:rsidP="000E6E3B"/>
        </w:tc>
      </w:tr>
      <w:tr w:rsidR="00EA1733" w14:paraId="463DAD5C" w14:textId="77777777" w:rsidTr="000E6E3B">
        <w:tc>
          <w:tcPr>
            <w:tcW w:w="2880" w:type="dxa"/>
          </w:tcPr>
          <w:p w14:paraId="31D747A9" w14:textId="77777777" w:rsidR="00EA1733" w:rsidRDefault="00EA1733" w:rsidP="000E6E3B">
            <w:r>
              <w:t xml:space="preserve">II – </w:t>
            </w:r>
            <w:proofErr w:type="spellStart"/>
            <w:r>
              <w:t>Szczygłów</w:t>
            </w:r>
            <w:proofErr w:type="spellEnd"/>
            <w:r>
              <w:t xml:space="preserve"> „</w:t>
            </w:r>
            <w:proofErr w:type="spellStart"/>
            <w:r>
              <w:t>Bocianie</w:t>
            </w:r>
            <w:proofErr w:type="spellEnd"/>
            <w:r>
              <w:t xml:space="preserve"> </w:t>
            </w:r>
            <w:proofErr w:type="spellStart"/>
            <w:r>
              <w:t>Gniazdo</w:t>
            </w:r>
            <w:proofErr w:type="spellEnd"/>
            <w:r>
              <w:t>”</w:t>
            </w:r>
          </w:p>
        </w:tc>
        <w:tc>
          <w:tcPr>
            <w:tcW w:w="2880" w:type="dxa"/>
          </w:tcPr>
          <w:p w14:paraId="2AE4FA09" w14:textId="77777777" w:rsidR="00EA1733" w:rsidRDefault="00EA1733" w:rsidP="000E6E3B">
            <w:r>
              <w:t>7:02</w:t>
            </w:r>
          </w:p>
        </w:tc>
        <w:tc>
          <w:tcPr>
            <w:tcW w:w="2880" w:type="dxa"/>
          </w:tcPr>
          <w:p w14:paraId="2D58E45E" w14:textId="77777777" w:rsidR="00EA1733" w:rsidRDefault="00EA1733" w:rsidP="000E6E3B"/>
        </w:tc>
      </w:tr>
      <w:tr w:rsidR="00EA1733" w14:paraId="36FE09D0" w14:textId="77777777" w:rsidTr="000E6E3B">
        <w:tc>
          <w:tcPr>
            <w:tcW w:w="2880" w:type="dxa"/>
          </w:tcPr>
          <w:p w14:paraId="473079A3" w14:textId="77777777" w:rsidR="00EA1733" w:rsidRDefault="00EA1733" w:rsidP="000E6E3B">
            <w:r>
              <w:t xml:space="preserve">III – </w:t>
            </w:r>
            <w:proofErr w:type="spellStart"/>
            <w:r>
              <w:t>Szczygłów</w:t>
            </w:r>
            <w:proofErr w:type="spellEnd"/>
            <w:r>
              <w:t xml:space="preserve"> p. Cebula</w:t>
            </w:r>
          </w:p>
        </w:tc>
        <w:tc>
          <w:tcPr>
            <w:tcW w:w="2880" w:type="dxa"/>
          </w:tcPr>
          <w:p w14:paraId="29B74C8A" w14:textId="77777777" w:rsidR="00EA1733" w:rsidRDefault="00EA1733" w:rsidP="000E6E3B">
            <w:r>
              <w:t>7:04</w:t>
            </w:r>
          </w:p>
        </w:tc>
        <w:tc>
          <w:tcPr>
            <w:tcW w:w="2880" w:type="dxa"/>
          </w:tcPr>
          <w:p w14:paraId="78001A4E" w14:textId="77777777" w:rsidR="00EA1733" w:rsidRDefault="00EA1733" w:rsidP="000E6E3B"/>
        </w:tc>
      </w:tr>
      <w:tr w:rsidR="00EA1733" w14:paraId="43EAB7DF" w14:textId="77777777" w:rsidTr="000E6E3B">
        <w:tc>
          <w:tcPr>
            <w:tcW w:w="2880" w:type="dxa"/>
          </w:tcPr>
          <w:p w14:paraId="4ACB448F" w14:textId="77777777" w:rsidR="00EA1733" w:rsidRDefault="00EA1733" w:rsidP="000E6E3B">
            <w:r>
              <w:t xml:space="preserve">IV – </w:t>
            </w:r>
            <w:proofErr w:type="spellStart"/>
            <w:r>
              <w:t>Szczygłów</w:t>
            </w:r>
            <w:proofErr w:type="spellEnd"/>
            <w:r>
              <w:t xml:space="preserve"> </w:t>
            </w:r>
            <w:proofErr w:type="spellStart"/>
            <w:r>
              <w:t>sklep</w:t>
            </w:r>
            <w:proofErr w:type="spellEnd"/>
          </w:p>
        </w:tc>
        <w:tc>
          <w:tcPr>
            <w:tcW w:w="2880" w:type="dxa"/>
          </w:tcPr>
          <w:p w14:paraId="7311ED2D" w14:textId="77777777" w:rsidR="00EA1733" w:rsidRDefault="00EA1733" w:rsidP="000E6E3B">
            <w:r>
              <w:t>7:05</w:t>
            </w:r>
          </w:p>
        </w:tc>
        <w:tc>
          <w:tcPr>
            <w:tcW w:w="2880" w:type="dxa"/>
          </w:tcPr>
          <w:p w14:paraId="11C4BF47" w14:textId="77777777" w:rsidR="00EA1733" w:rsidRDefault="00EA1733" w:rsidP="000E6E3B"/>
        </w:tc>
      </w:tr>
      <w:tr w:rsidR="00EA1733" w14:paraId="12ED383A" w14:textId="77777777" w:rsidTr="000E6E3B">
        <w:tc>
          <w:tcPr>
            <w:tcW w:w="2880" w:type="dxa"/>
          </w:tcPr>
          <w:p w14:paraId="1E9CBEE1" w14:textId="77777777" w:rsidR="00EA1733" w:rsidRPr="00D958F3" w:rsidRDefault="00EA1733" w:rsidP="000E6E3B">
            <w:pPr>
              <w:rPr>
                <w:lang w:val="pl-PL"/>
              </w:rPr>
            </w:pPr>
            <w:r>
              <w:rPr>
                <w:lang w:val="pl-PL"/>
              </w:rPr>
              <w:t>V</w:t>
            </w:r>
            <w:r w:rsidRPr="00D958F3">
              <w:rPr>
                <w:lang w:val="pl-PL"/>
              </w:rPr>
              <w:t xml:space="preserve"> – Biskupice „Szczygłów” p. Lebiest</w:t>
            </w:r>
          </w:p>
        </w:tc>
        <w:tc>
          <w:tcPr>
            <w:tcW w:w="2880" w:type="dxa"/>
          </w:tcPr>
          <w:p w14:paraId="7E53818B" w14:textId="77777777" w:rsidR="00EA1733" w:rsidRDefault="00EA1733" w:rsidP="000E6E3B">
            <w:r>
              <w:t>7:06</w:t>
            </w:r>
          </w:p>
        </w:tc>
        <w:tc>
          <w:tcPr>
            <w:tcW w:w="2880" w:type="dxa"/>
          </w:tcPr>
          <w:p w14:paraId="649DC075" w14:textId="77777777" w:rsidR="00EA1733" w:rsidRDefault="00EA1733" w:rsidP="000E6E3B"/>
        </w:tc>
      </w:tr>
      <w:tr w:rsidR="00EA1733" w14:paraId="4334684A" w14:textId="77777777" w:rsidTr="000E6E3B">
        <w:tc>
          <w:tcPr>
            <w:tcW w:w="2880" w:type="dxa"/>
          </w:tcPr>
          <w:p w14:paraId="3192B5E1" w14:textId="77777777" w:rsidR="00EA1733" w:rsidRPr="00D958F3" w:rsidRDefault="00EA1733" w:rsidP="000E6E3B">
            <w:pPr>
              <w:rPr>
                <w:lang w:val="pl-PL"/>
              </w:rPr>
            </w:pPr>
            <w:r w:rsidRPr="00D958F3">
              <w:rPr>
                <w:lang w:val="pl-PL"/>
              </w:rPr>
              <w:t>V</w:t>
            </w:r>
            <w:r>
              <w:rPr>
                <w:lang w:val="pl-PL"/>
              </w:rPr>
              <w:t>I</w:t>
            </w:r>
            <w:r w:rsidRPr="00D958F3">
              <w:rPr>
                <w:lang w:val="pl-PL"/>
              </w:rPr>
              <w:t xml:space="preserve"> – Biskupice „Szczygłów” Willa Marka – wynajem</w:t>
            </w:r>
          </w:p>
        </w:tc>
        <w:tc>
          <w:tcPr>
            <w:tcW w:w="2880" w:type="dxa"/>
          </w:tcPr>
          <w:p w14:paraId="6458440A" w14:textId="77777777" w:rsidR="00EA1733" w:rsidRDefault="00EA1733" w:rsidP="000E6E3B">
            <w:r>
              <w:t>7:07</w:t>
            </w:r>
          </w:p>
        </w:tc>
        <w:tc>
          <w:tcPr>
            <w:tcW w:w="2880" w:type="dxa"/>
          </w:tcPr>
          <w:p w14:paraId="29372287" w14:textId="77777777" w:rsidR="00EA1733" w:rsidRDefault="00EA1733" w:rsidP="000E6E3B"/>
        </w:tc>
      </w:tr>
      <w:tr w:rsidR="00EA1733" w14:paraId="4CB5BABC" w14:textId="77777777" w:rsidTr="000E6E3B">
        <w:tc>
          <w:tcPr>
            <w:tcW w:w="2880" w:type="dxa"/>
          </w:tcPr>
          <w:p w14:paraId="4C91B127" w14:textId="77777777" w:rsidR="00EA1733" w:rsidRPr="00D958F3" w:rsidRDefault="00EA1733" w:rsidP="000E6E3B">
            <w:pPr>
              <w:rPr>
                <w:lang w:val="pl-PL"/>
              </w:rPr>
            </w:pPr>
            <w:r>
              <w:rPr>
                <w:lang w:val="pl-PL"/>
              </w:rPr>
              <w:t>VII</w:t>
            </w:r>
            <w:r w:rsidRPr="00D958F3">
              <w:rPr>
                <w:lang w:val="pl-PL"/>
              </w:rPr>
              <w:t xml:space="preserve"> – SP Biskupice </w:t>
            </w:r>
            <w:r>
              <w:rPr>
                <w:lang w:val="pl-PL"/>
              </w:rPr>
              <w:t>(autobus jedzie na Sułów)</w:t>
            </w:r>
          </w:p>
        </w:tc>
        <w:tc>
          <w:tcPr>
            <w:tcW w:w="2880" w:type="dxa"/>
          </w:tcPr>
          <w:p w14:paraId="0C460FF2" w14:textId="77777777" w:rsidR="00EA1733" w:rsidRDefault="00EA1733" w:rsidP="000E6E3B">
            <w:r>
              <w:t>7:12</w:t>
            </w:r>
          </w:p>
        </w:tc>
        <w:tc>
          <w:tcPr>
            <w:tcW w:w="2880" w:type="dxa"/>
          </w:tcPr>
          <w:p w14:paraId="76DE642B" w14:textId="77777777" w:rsidR="00EA1733" w:rsidRDefault="00EA1733" w:rsidP="000E6E3B"/>
        </w:tc>
      </w:tr>
    </w:tbl>
    <w:p w14:paraId="37C64A78" w14:textId="77777777" w:rsidR="005A43DB" w:rsidRPr="003B788B" w:rsidRDefault="00000000" w:rsidP="003B788B">
      <w:pPr>
        <w:pStyle w:val="Nagwek2"/>
        <w:jc w:val="center"/>
        <w:rPr>
          <w:color w:val="000000" w:themeColor="text1"/>
          <w:lang w:val="pl-PL"/>
        </w:rPr>
      </w:pPr>
      <w:r w:rsidRPr="003B788B">
        <w:rPr>
          <w:color w:val="000000" w:themeColor="text1"/>
          <w:lang w:val="pl-PL"/>
        </w:rPr>
        <w:t>Autobus SP Biskupice + objazd osuwisko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5A43DB" w14:paraId="35698999" w14:textId="77777777">
        <w:tc>
          <w:tcPr>
            <w:tcW w:w="2880" w:type="dxa"/>
          </w:tcPr>
          <w:p w14:paraId="4D23BDA7" w14:textId="77777777" w:rsidR="005A43DB" w:rsidRDefault="00000000">
            <w:proofErr w:type="spellStart"/>
            <w:r>
              <w:t>Przystanek</w:t>
            </w:r>
            <w:proofErr w:type="spellEnd"/>
          </w:p>
        </w:tc>
        <w:tc>
          <w:tcPr>
            <w:tcW w:w="2880" w:type="dxa"/>
          </w:tcPr>
          <w:p w14:paraId="6F2F8442" w14:textId="77777777" w:rsidR="005A43DB" w:rsidRDefault="00000000">
            <w:r>
              <w:t>Godzina</w:t>
            </w:r>
          </w:p>
        </w:tc>
        <w:tc>
          <w:tcPr>
            <w:tcW w:w="2880" w:type="dxa"/>
          </w:tcPr>
          <w:p w14:paraId="0CF1DAF4" w14:textId="77777777" w:rsidR="005A43DB" w:rsidRDefault="00000000">
            <w:r>
              <w:t>Uwagi</w:t>
            </w:r>
          </w:p>
        </w:tc>
      </w:tr>
      <w:tr w:rsidR="005A43DB" w14:paraId="080E8B22" w14:textId="77777777">
        <w:tc>
          <w:tcPr>
            <w:tcW w:w="2880" w:type="dxa"/>
          </w:tcPr>
          <w:p w14:paraId="2CD08CF2" w14:textId="77777777" w:rsidR="005A43DB" w:rsidRPr="00D958F3" w:rsidRDefault="00000000">
            <w:pPr>
              <w:rPr>
                <w:lang w:val="pl-PL"/>
              </w:rPr>
            </w:pPr>
            <w:r w:rsidRPr="00D958F3">
              <w:rPr>
                <w:lang w:val="pl-PL"/>
              </w:rPr>
              <w:t>I – Sułów „Ryje” skrzyżowanie (dom nr 172)</w:t>
            </w:r>
          </w:p>
        </w:tc>
        <w:tc>
          <w:tcPr>
            <w:tcW w:w="2880" w:type="dxa"/>
          </w:tcPr>
          <w:p w14:paraId="57BBFC00" w14:textId="2A971D97" w:rsidR="005A43DB" w:rsidRDefault="00000000">
            <w:r>
              <w:t>7:1</w:t>
            </w:r>
            <w:r w:rsidR="00D958F3">
              <w:t>4</w:t>
            </w:r>
          </w:p>
        </w:tc>
        <w:tc>
          <w:tcPr>
            <w:tcW w:w="2880" w:type="dxa"/>
          </w:tcPr>
          <w:p w14:paraId="61BF6EE7" w14:textId="77777777" w:rsidR="005A43DB" w:rsidRDefault="005A43DB"/>
        </w:tc>
      </w:tr>
      <w:tr w:rsidR="005A43DB" w14:paraId="71CEC0B9" w14:textId="77777777">
        <w:tc>
          <w:tcPr>
            <w:tcW w:w="2880" w:type="dxa"/>
          </w:tcPr>
          <w:p w14:paraId="30FC4A74" w14:textId="77777777" w:rsidR="005A43DB" w:rsidRPr="00D958F3" w:rsidRDefault="00000000">
            <w:pPr>
              <w:rPr>
                <w:lang w:val="pl-PL"/>
              </w:rPr>
            </w:pPr>
            <w:r w:rsidRPr="00D958F3">
              <w:rPr>
                <w:lang w:val="pl-PL"/>
              </w:rPr>
              <w:t>II – Sułów „Pastwiska” (dom nr 161) – nowy przystanek</w:t>
            </w:r>
          </w:p>
        </w:tc>
        <w:tc>
          <w:tcPr>
            <w:tcW w:w="2880" w:type="dxa"/>
          </w:tcPr>
          <w:p w14:paraId="59C11955" w14:textId="77777777" w:rsidR="005A43DB" w:rsidRDefault="00000000">
            <w:r>
              <w:t>7:15</w:t>
            </w:r>
          </w:p>
        </w:tc>
        <w:tc>
          <w:tcPr>
            <w:tcW w:w="2880" w:type="dxa"/>
          </w:tcPr>
          <w:p w14:paraId="5FF5BFDF" w14:textId="77777777" w:rsidR="005A43DB" w:rsidRDefault="005A43DB"/>
        </w:tc>
      </w:tr>
      <w:tr w:rsidR="005A43DB" w14:paraId="7CF82FF5" w14:textId="77777777">
        <w:tc>
          <w:tcPr>
            <w:tcW w:w="2880" w:type="dxa"/>
          </w:tcPr>
          <w:p w14:paraId="23C47CEF" w14:textId="77777777" w:rsidR="005A43DB" w:rsidRDefault="00000000">
            <w:r>
              <w:t>III – Sułów centrum</w:t>
            </w:r>
          </w:p>
        </w:tc>
        <w:tc>
          <w:tcPr>
            <w:tcW w:w="2880" w:type="dxa"/>
          </w:tcPr>
          <w:p w14:paraId="43F99CE3" w14:textId="5BF9BA95" w:rsidR="005A43DB" w:rsidRDefault="00000000">
            <w:r>
              <w:t>7:1</w:t>
            </w:r>
            <w:r w:rsidR="00D958F3">
              <w:t>6</w:t>
            </w:r>
          </w:p>
        </w:tc>
        <w:tc>
          <w:tcPr>
            <w:tcW w:w="2880" w:type="dxa"/>
          </w:tcPr>
          <w:p w14:paraId="5A0495EB" w14:textId="77777777" w:rsidR="005A43DB" w:rsidRDefault="005A43DB"/>
        </w:tc>
      </w:tr>
      <w:tr w:rsidR="005A43DB" w14:paraId="2E0FC9B7" w14:textId="77777777">
        <w:tc>
          <w:tcPr>
            <w:tcW w:w="2880" w:type="dxa"/>
          </w:tcPr>
          <w:p w14:paraId="5854D72B" w14:textId="77777777" w:rsidR="005A43DB" w:rsidRPr="00D958F3" w:rsidRDefault="00000000">
            <w:pPr>
              <w:rPr>
                <w:lang w:val="pl-PL"/>
              </w:rPr>
            </w:pPr>
            <w:r w:rsidRPr="00D958F3">
              <w:rPr>
                <w:lang w:val="pl-PL"/>
              </w:rPr>
              <w:t>IV – Sułów wieś (stary sklep)</w:t>
            </w:r>
          </w:p>
        </w:tc>
        <w:tc>
          <w:tcPr>
            <w:tcW w:w="2880" w:type="dxa"/>
          </w:tcPr>
          <w:p w14:paraId="49CF6E8D" w14:textId="6F02D02B" w:rsidR="005A43DB" w:rsidRDefault="00000000">
            <w:r>
              <w:t>7:</w:t>
            </w:r>
            <w:r w:rsidR="00D958F3">
              <w:t>18</w:t>
            </w:r>
          </w:p>
        </w:tc>
        <w:tc>
          <w:tcPr>
            <w:tcW w:w="2880" w:type="dxa"/>
          </w:tcPr>
          <w:p w14:paraId="35D10093" w14:textId="77777777" w:rsidR="005A43DB" w:rsidRDefault="005A43DB"/>
        </w:tc>
      </w:tr>
      <w:tr w:rsidR="005A43DB" w14:paraId="1462FA74" w14:textId="77777777">
        <w:tc>
          <w:tcPr>
            <w:tcW w:w="2880" w:type="dxa"/>
          </w:tcPr>
          <w:p w14:paraId="2EBA41CE" w14:textId="77777777" w:rsidR="005A43DB" w:rsidRPr="00D958F3" w:rsidRDefault="00000000">
            <w:pPr>
              <w:rPr>
                <w:lang w:val="pl-PL"/>
              </w:rPr>
            </w:pPr>
            <w:r w:rsidRPr="00D958F3">
              <w:rPr>
                <w:lang w:val="pl-PL"/>
              </w:rPr>
              <w:t>V – Biskupice „Bukowiec” (dom nr 334)</w:t>
            </w:r>
          </w:p>
        </w:tc>
        <w:tc>
          <w:tcPr>
            <w:tcW w:w="2880" w:type="dxa"/>
          </w:tcPr>
          <w:p w14:paraId="3A7B4AE3" w14:textId="77777777" w:rsidR="005A43DB" w:rsidRDefault="00000000">
            <w:r>
              <w:t>7:20</w:t>
            </w:r>
          </w:p>
        </w:tc>
        <w:tc>
          <w:tcPr>
            <w:tcW w:w="2880" w:type="dxa"/>
          </w:tcPr>
          <w:p w14:paraId="26F4B225" w14:textId="77777777" w:rsidR="005A43DB" w:rsidRDefault="005A43DB"/>
        </w:tc>
      </w:tr>
      <w:tr w:rsidR="005A43DB" w14:paraId="3AAFDFE6" w14:textId="77777777">
        <w:tc>
          <w:tcPr>
            <w:tcW w:w="2880" w:type="dxa"/>
          </w:tcPr>
          <w:p w14:paraId="342EF2C8" w14:textId="77777777" w:rsidR="005A43DB" w:rsidRPr="00D958F3" w:rsidRDefault="00000000">
            <w:pPr>
              <w:rPr>
                <w:lang w:val="pl-PL"/>
              </w:rPr>
            </w:pPr>
            <w:r w:rsidRPr="00D958F3">
              <w:rPr>
                <w:lang w:val="pl-PL"/>
              </w:rPr>
              <w:t>VI – Sułów – Biskupice (granica z Chorągwicą)</w:t>
            </w:r>
          </w:p>
        </w:tc>
        <w:tc>
          <w:tcPr>
            <w:tcW w:w="2880" w:type="dxa"/>
          </w:tcPr>
          <w:p w14:paraId="0824B6CE" w14:textId="77777777" w:rsidR="005A43DB" w:rsidRDefault="00000000">
            <w:r>
              <w:t>7:21</w:t>
            </w:r>
          </w:p>
        </w:tc>
        <w:tc>
          <w:tcPr>
            <w:tcW w:w="2880" w:type="dxa"/>
          </w:tcPr>
          <w:p w14:paraId="0385AFA4" w14:textId="77777777" w:rsidR="005A43DB" w:rsidRDefault="005A43DB"/>
        </w:tc>
      </w:tr>
      <w:tr w:rsidR="005A43DB" w14:paraId="686294E8" w14:textId="77777777">
        <w:tc>
          <w:tcPr>
            <w:tcW w:w="2880" w:type="dxa"/>
          </w:tcPr>
          <w:p w14:paraId="082D52AD" w14:textId="77777777" w:rsidR="005A43DB" w:rsidRPr="00D958F3" w:rsidRDefault="00000000">
            <w:pPr>
              <w:rPr>
                <w:lang w:val="pl-PL"/>
              </w:rPr>
            </w:pPr>
            <w:r w:rsidRPr="00D958F3">
              <w:rPr>
                <w:lang w:val="pl-PL"/>
              </w:rPr>
              <w:t>VII – SP Biskupice remiza OSP (autobus jedzie na Bodzanów)</w:t>
            </w:r>
          </w:p>
        </w:tc>
        <w:tc>
          <w:tcPr>
            <w:tcW w:w="2880" w:type="dxa"/>
          </w:tcPr>
          <w:p w14:paraId="4DC95B56" w14:textId="77777777" w:rsidR="005A43DB" w:rsidRDefault="00000000">
            <w:r>
              <w:t>7:23</w:t>
            </w:r>
          </w:p>
        </w:tc>
        <w:tc>
          <w:tcPr>
            <w:tcW w:w="2880" w:type="dxa"/>
          </w:tcPr>
          <w:p w14:paraId="40C1DDB1" w14:textId="77777777" w:rsidR="005A43DB" w:rsidRDefault="005A43DB"/>
        </w:tc>
      </w:tr>
    </w:tbl>
    <w:p w14:paraId="3F22482E" w14:textId="77777777" w:rsidR="008C214A" w:rsidRDefault="008C214A" w:rsidP="003B788B">
      <w:pPr>
        <w:jc w:val="center"/>
        <w:rPr>
          <w:lang w:val="pl-PL"/>
        </w:rPr>
      </w:pPr>
    </w:p>
    <w:p w14:paraId="28F77EAB" w14:textId="6AAB0D18" w:rsidR="005A43DB" w:rsidRPr="003B788B" w:rsidRDefault="00000000" w:rsidP="003B788B">
      <w:pPr>
        <w:jc w:val="center"/>
        <w:rPr>
          <w:color w:val="000000" w:themeColor="text1"/>
          <w:lang w:val="pl-PL"/>
        </w:rPr>
      </w:pPr>
      <w:r w:rsidRPr="00D958F3">
        <w:rPr>
          <w:lang w:val="pl-PL"/>
        </w:rPr>
        <w:t>Ze względu na brak zgody Zarządu Dróg Powiatowych w Wieliczce na przejazd autobusów (busów) szkolnych drogą powiatową nr 2023K Biskupice–Kunice w miejscowości Sułów, na której znajduje się osuwisko, trasa autobusu szkolnego ulega zmianie. Autobus/</w:t>
      </w:r>
      <w:proofErr w:type="spellStart"/>
      <w:r w:rsidRPr="00D958F3">
        <w:rPr>
          <w:lang w:val="pl-PL"/>
        </w:rPr>
        <w:t>bus</w:t>
      </w:r>
      <w:proofErr w:type="spellEnd"/>
      <w:r w:rsidRPr="00D958F3">
        <w:rPr>
          <w:lang w:val="pl-PL"/>
        </w:rPr>
        <w:t xml:space="preserve"> zabierze dzieci ze wszystkich przystanków, ale musi zawracać i podjeżdżać z dwóch stron. Kolejność przystanków może się zmieniać, ponieważ autobus musi zawracać i proszę pamiętać, że godzina jest orientacyjna. Zbieranie dzieci trwa ok. 10 min.</w:t>
      </w:r>
    </w:p>
    <w:p w14:paraId="39C33FA9" w14:textId="77777777" w:rsidR="005A43DB" w:rsidRPr="003B788B" w:rsidRDefault="00000000" w:rsidP="003B788B">
      <w:pPr>
        <w:pStyle w:val="Nagwek2"/>
        <w:jc w:val="center"/>
        <w:rPr>
          <w:color w:val="000000" w:themeColor="text1"/>
          <w:lang w:val="pl-PL"/>
        </w:rPr>
      </w:pPr>
      <w:r w:rsidRPr="003B788B">
        <w:rPr>
          <w:color w:val="000000" w:themeColor="text1"/>
          <w:lang w:val="pl-PL"/>
        </w:rPr>
        <w:t>Autobus SP Biskupice (trasa podzielona – góra)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5A43DB" w14:paraId="46B4230F" w14:textId="77777777" w:rsidTr="002A2AD6">
        <w:tc>
          <w:tcPr>
            <w:tcW w:w="2877" w:type="dxa"/>
          </w:tcPr>
          <w:p w14:paraId="126E128F" w14:textId="77777777" w:rsidR="005A43DB" w:rsidRDefault="00000000">
            <w:proofErr w:type="spellStart"/>
            <w:r>
              <w:t>Przystanek</w:t>
            </w:r>
            <w:proofErr w:type="spellEnd"/>
          </w:p>
        </w:tc>
        <w:tc>
          <w:tcPr>
            <w:tcW w:w="2877" w:type="dxa"/>
          </w:tcPr>
          <w:p w14:paraId="23CABB76" w14:textId="77777777" w:rsidR="005A43DB" w:rsidRDefault="00000000">
            <w:r>
              <w:t>Godzina</w:t>
            </w:r>
          </w:p>
        </w:tc>
        <w:tc>
          <w:tcPr>
            <w:tcW w:w="2876" w:type="dxa"/>
          </w:tcPr>
          <w:p w14:paraId="33866A98" w14:textId="77777777" w:rsidR="005A43DB" w:rsidRDefault="00000000">
            <w:r>
              <w:t>Uwagi</w:t>
            </w:r>
          </w:p>
        </w:tc>
      </w:tr>
      <w:tr w:rsidR="00D958F3" w14:paraId="24DFF6F2" w14:textId="77777777" w:rsidTr="002A2AD6">
        <w:tc>
          <w:tcPr>
            <w:tcW w:w="2877" w:type="dxa"/>
          </w:tcPr>
          <w:p w14:paraId="07B1C820" w14:textId="7A8DC565" w:rsidR="00D958F3" w:rsidRPr="00D958F3" w:rsidRDefault="00D958F3" w:rsidP="00D958F3">
            <w:pPr>
              <w:rPr>
                <w:lang w:val="pl-PL"/>
              </w:rPr>
            </w:pPr>
            <w:r w:rsidRPr="00D958F3">
              <w:rPr>
                <w:lang w:val="pl-PL"/>
              </w:rPr>
              <w:t>I – Zabłocie – Suchoraba Cmentarz Wojenny</w:t>
            </w:r>
          </w:p>
        </w:tc>
        <w:tc>
          <w:tcPr>
            <w:tcW w:w="2877" w:type="dxa"/>
          </w:tcPr>
          <w:p w14:paraId="4A5726A7" w14:textId="275150D7" w:rsidR="00D958F3" w:rsidRDefault="00D958F3" w:rsidP="00D958F3">
            <w:r>
              <w:t>7:30</w:t>
            </w:r>
          </w:p>
        </w:tc>
        <w:tc>
          <w:tcPr>
            <w:tcW w:w="2876" w:type="dxa"/>
          </w:tcPr>
          <w:p w14:paraId="0C72A2E6" w14:textId="77777777" w:rsidR="00D958F3" w:rsidRDefault="00D958F3" w:rsidP="00D958F3"/>
        </w:tc>
      </w:tr>
      <w:tr w:rsidR="00D958F3" w14:paraId="642078DB" w14:textId="77777777" w:rsidTr="002A2AD6">
        <w:tc>
          <w:tcPr>
            <w:tcW w:w="2877" w:type="dxa"/>
          </w:tcPr>
          <w:p w14:paraId="3F116DE4" w14:textId="00C6C36C" w:rsidR="00D958F3" w:rsidRPr="00D958F3" w:rsidRDefault="00D958F3" w:rsidP="00D958F3">
            <w:pPr>
              <w:rPr>
                <w:lang w:val="pl-PL"/>
              </w:rPr>
            </w:pPr>
            <w:r w:rsidRPr="00D958F3">
              <w:rPr>
                <w:lang w:val="pl-PL"/>
              </w:rPr>
              <w:t>II – Zabłocie – S</w:t>
            </w:r>
            <w:r>
              <w:rPr>
                <w:lang w:val="pl-PL"/>
              </w:rPr>
              <w:t>ł</w:t>
            </w:r>
            <w:r w:rsidRPr="00D958F3">
              <w:rPr>
                <w:lang w:val="pl-PL"/>
              </w:rPr>
              <w:t>omiana skrzyżowanie przystanek</w:t>
            </w:r>
          </w:p>
        </w:tc>
        <w:tc>
          <w:tcPr>
            <w:tcW w:w="2877" w:type="dxa"/>
          </w:tcPr>
          <w:p w14:paraId="1AB1A4B7" w14:textId="41AD9635" w:rsidR="00D958F3" w:rsidRDefault="00D958F3" w:rsidP="00D958F3">
            <w:r>
              <w:t>7:31</w:t>
            </w:r>
          </w:p>
        </w:tc>
        <w:tc>
          <w:tcPr>
            <w:tcW w:w="2876" w:type="dxa"/>
          </w:tcPr>
          <w:p w14:paraId="2C08AEA3" w14:textId="77777777" w:rsidR="00D958F3" w:rsidRDefault="00D958F3" w:rsidP="00D958F3"/>
        </w:tc>
      </w:tr>
      <w:tr w:rsidR="00D958F3" w14:paraId="76BBEC76" w14:textId="77777777" w:rsidTr="002A2AD6">
        <w:tc>
          <w:tcPr>
            <w:tcW w:w="2877" w:type="dxa"/>
          </w:tcPr>
          <w:p w14:paraId="4CC95B00" w14:textId="78EF7B2F" w:rsidR="00D958F3" w:rsidRPr="00D958F3" w:rsidRDefault="00D958F3" w:rsidP="00D958F3">
            <w:pPr>
              <w:rPr>
                <w:lang w:val="pl-PL"/>
              </w:rPr>
            </w:pPr>
            <w:r>
              <w:rPr>
                <w:lang w:val="pl-PL"/>
              </w:rPr>
              <w:lastRenderedPageBreak/>
              <w:t>I</w:t>
            </w:r>
            <w:r w:rsidRPr="00D958F3">
              <w:rPr>
                <w:lang w:val="pl-PL"/>
              </w:rPr>
              <w:t>II – Bodzanów – S</w:t>
            </w:r>
            <w:r>
              <w:rPr>
                <w:lang w:val="pl-PL"/>
              </w:rPr>
              <w:t>ł</w:t>
            </w:r>
            <w:r w:rsidRPr="00D958F3">
              <w:rPr>
                <w:lang w:val="pl-PL"/>
              </w:rPr>
              <w:t>omiana p. Kaczmarczyk, p. Kamysz</w:t>
            </w:r>
          </w:p>
        </w:tc>
        <w:tc>
          <w:tcPr>
            <w:tcW w:w="2877" w:type="dxa"/>
          </w:tcPr>
          <w:p w14:paraId="63B4E8FD" w14:textId="2AC8EF64" w:rsidR="00D958F3" w:rsidRDefault="00D958F3" w:rsidP="00D958F3">
            <w:r>
              <w:t>7:32</w:t>
            </w:r>
          </w:p>
        </w:tc>
        <w:tc>
          <w:tcPr>
            <w:tcW w:w="2876" w:type="dxa"/>
          </w:tcPr>
          <w:p w14:paraId="2E5B1185" w14:textId="77777777" w:rsidR="00D958F3" w:rsidRDefault="00D958F3" w:rsidP="00D958F3"/>
        </w:tc>
      </w:tr>
      <w:tr w:rsidR="00D958F3" w14:paraId="0415C956" w14:textId="77777777" w:rsidTr="002A2AD6">
        <w:tc>
          <w:tcPr>
            <w:tcW w:w="2877" w:type="dxa"/>
          </w:tcPr>
          <w:p w14:paraId="226B6035" w14:textId="1F371210" w:rsidR="00D958F3" w:rsidRPr="00D958F3" w:rsidRDefault="00D958F3" w:rsidP="00D958F3">
            <w:pPr>
              <w:rPr>
                <w:lang w:val="pl-PL"/>
              </w:rPr>
            </w:pPr>
            <w:r>
              <w:rPr>
                <w:lang w:val="pl-PL"/>
              </w:rPr>
              <w:t>I</w:t>
            </w:r>
            <w:r w:rsidRPr="00D958F3">
              <w:rPr>
                <w:lang w:val="pl-PL"/>
              </w:rPr>
              <w:t>V – Szczygłów – S</w:t>
            </w:r>
            <w:r>
              <w:rPr>
                <w:lang w:val="pl-PL"/>
              </w:rPr>
              <w:t>ł</w:t>
            </w:r>
            <w:r w:rsidRPr="00D958F3">
              <w:rPr>
                <w:lang w:val="pl-PL"/>
              </w:rPr>
              <w:t>omiana p. Wajda</w:t>
            </w:r>
          </w:p>
        </w:tc>
        <w:tc>
          <w:tcPr>
            <w:tcW w:w="2877" w:type="dxa"/>
          </w:tcPr>
          <w:p w14:paraId="0C56961E" w14:textId="57196911" w:rsidR="00D958F3" w:rsidRDefault="00D958F3" w:rsidP="00D958F3">
            <w:r>
              <w:t>7:34</w:t>
            </w:r>
          </w:p>
        </w:tc>
        <w:tc>
          <w:tcPr>
            <w:tcW w:w="2876" w:type="dxa"/>
          </w:tcPr>
          <w:p w14:paraId="70C9AD99" w14:textId="77777777" w:rsidR="00D958F3" w:rsidRDefault="00D958F3" w:rsidP="00D958F3"/>
        </w:tc>
      </w:tr>
      <w:tr w:rsidR="002A2AD6" w:rsidRPr="002A2AD6" w14:paraId="529996AD" w14:textId="77777777" w:rsidTr="002A2AD6">
        <w:tc>
          <w:tcPr>
            <w:tcW w:w="2877" w:type="dxa"/>
          </w:tcPr>
          <w:p w14:paraId="54899A32" w14:textId="5C309452" w:rsidR="002A2AD6" w:rsidRDefault="002A2AD6" w:rsidP="00D958F3">
            <w:pPr>
              <w:rPr>
                <w:lang w:val="pl-PL"/>
              </w:rPr>
            </w:pPr>
            <w:r>
              <w:rPr>
                <w:lang w:val="pl-PL"/>
              </w:rPr>
              <w:t>V</w:t>
            </w:r>
            <w:r w:rsidRPr="00D958F3">
              <w:rPr>
                <w:lang w:val="pl-PL"/>
              </w:rPr>
              <w:t xml:space="preserve"> – Szczygłów – S</w:t>
            </w:r>
            <w:r>
              <w:rPr>
                <w:lang w:val="pl-PL"/>
              </w:rPr>
              <w:t>ł</w:t>
            </w:r>
            <w:r w:rsidRPr="00D958F3">
              <w:rPr>
                <w:lang w:val="pl-PL"/>
              </w:rPr>
              <w:t>omiana p. Patyk</w:t>
            </w:r>
          </w:p>
        </w:tc>
        <w:tc>
          <w:tcPr>
            <w:tcW w:w="2877" w:type="dxa"/>
          </w:tcPr>
          <w:p w14:paraId="3DED4F79" w14:textId="4BCB956F" w:rsidR="002A2AD6" w:rsidRPr="002A2AD6" w:rsidRDefault="002A2AD6" w:rsidP="00D958F3">
            <w:pPr>
              <w:rPr>
                <w:lang w:val="pl-PL"/>
              </w:rPr>
            </w:pPr>
            <w:r>
              <w:rPr>
                <w:lang w:val="pl-PL"/>
              </w:rPr>
              <w:t>7:35</w:t>
            </w:r>
          </w:p>
        </w:tc>
        <w:tc>
          <w:tcPr>
            <w:tcW w:w="2876" w:type="dxa"/>
          </w:tcPr>
          <w:p w14:paraId="540EB098" w14:textId="77777777" w:rsidR="002A2AD6" w:rsidRPr="002A2AD6" w:rsidRDefault="002A2AD6" w:rsidP="00D958F3">
            <w:pPr>
              <w:rPr>
                <w:lang w:val="pl-PL"/>
              </w:rPr>
            </w:pPr>
          </w:p>
        </w:tc>
      </w:tr>
      <w:tr w:rsidR="00D958F3" w14:paraId="335F628C" w14:textId="77777777" w:rsidTr="002A2AD6">
        <w:tc>
          <w:tcPr>
            <w:tcW w:w="2877" w:type="dxa"/>
          </w:tcPr>
          <w:p w14:paraId="52D99A5E" w14:textId="203352ED" w:rsidR="00D958F3" w:rsidRPr="00D958F3" w:rsidRDefault="00D958F3" w:rsidP="00D958F3">
            <w:pPr>
              <w:rPr>
                <w:lang w:val="pl-PL"/>
              </w:rPr>
            </w:pPr>
            <w:r w:rsidRPr="00D958F3">
              <w:rPr>
                <w:lang w:val="pl-PL"/>
              </w:rPr>
              <w:t>V</w:t>
            </w:r>
            <w:r w:rsidR="002A2AD6">
              <w:rPr>
                <w:lang w:val="pl-PL"/>
              </w:rPr>
              <w:t xml:space="preserve">I </w:t>
            </w:r>
            <w:r w:rsidRPr="00D958F3">
              <w:rPr>
                <w:lang w:val="pl-PL"/>
              </w:rPr>
              <w:t>– Szczygłów – S</w:t>
            </w:r>
            <w:r>
              <w:rPr>
                <w:lang w:val="pl-PL"/>
              </w:rPr>
              <w:t>ł</w:t>
            </w:r>
            <w:r w:rsidRPr="00D958F3">
              <w:rPr>
                <w:lang w:val="pl-PL"/>
              </w:rPr>
              <w:t>omiana p. Kapusta, p. Markowski</w:t>
            </w:r>
          </w:p>
        </w:tc>
        <w:tc>
          <w:tcPr>
            <w:tcW w:w="2877" w:type="dxa"/>
          </w:tcPr>
          <w:p w14:paraId="0103F5D9" w14:textId="5BE925C0" w:rsidR="00D958F3" w:rsidRDefault="00D958F3" w:rsidP="00D958F3">
            <w:r>
              <w:t>7:3</w:t>
            </w:r>
            <w:r w:rsidR="002A2AD6">
              <w:t>6</w:t>
            </w:r>
          </w:p>
        </w:tc>
        <w:tc>
          <w:tcPr>
            <w:tcW w:w="2876" w:type="dxa"/>
          </w:tcPr>
          <w:p w14:paraId="0FFB3650" w14:textId="77777777" w:rsidR="00D958F3" w:rsidRDefault="00D958F3" w:rsidP="00D958F3"/>
        </w:tc>
      </w:tr>
      <w:tr w:rsidR="00D958F3" w14:paraId="7A369674" w14:textId="77777777" w:rsidTr="002A2AD6">
        <w:tc>
          <w:tcPr>
            <w:tcW w:w="2877" w:type="dxa"/>
          </w:tcPr>
          <w:p w14:paraId="094D22DF" w14:textId="003B021F" w:rsidR="00D958F3" w:rsidRPr="00D958F3" w:rsidRDefault="00D958F3" w:rsidP="00D958F3">
            <w:pPr>
              <w:rPr>
                <w:lang w:val="pl-PL"/>
              </w:rPr>
            </w:pPr>
            <w:r>
              <w:rPr>
                <w:lang w:val="pl-PL"/>
              </w:rPr>
              <w:t>VII</w:t>
            </w:r>
            <w:r w:rsidRPr="00D958F3">
              <w:rPr>
                <w:lang w:val="pl-PL"/>
              </w:rPr>
              <w:t>– Szczygłów – S</w:t>
            </w:r>
            <w:r>
              <w:rPr>
                <w:lang w:val="pl-PL"/>
              </w:rPr>
              <w:t>ł</w:t>
            </w:r>
            <w:r w:rsidRPr="00D958F3">
              <w:rPr>
                <w:lang w:val="pl-PL"/>
              </w:rPr>
              <w:t>omiana przystanek koło p. Kot</w:t>
            </w:r>
          </w:p>
        </w:tc>
        <w:tc>
          <w:tcPr>
            <w:tcW w:w="2877" w:type="dxa"/>
          </w:tcPr>
          <w:p w14:paraId="6F3F8333" w14:textId="69784564" w:rsidR="00D958F3" w:rsidRDefault="00D958F3" w:rsidP="00D958F3">
            <w:r>
              <w:t>7:37</w:t>
            </w:r>
          </w:p>
        </w:tc>
        <w:tc>
          <w:tcPr>
            <w:tcW w:w="2876" w:type="dxa"/>
          </w:tcPr>
          <w:p w14:paraId="72993296" w14:textId="77777777" w:rsidR="00D958F3" w:rsidRDefault="00D958F3" w:rsidP="00D958F3"/>
        </w:tc>
      </w:tr>
      <w:tr w:rsidR="00D958F3" w14:paraId="08A74402" w14:textId="77777777" w:rsidTr="002A2AD6">
        <w:tc>
          <w:tcPr>
            <w:tcW w:w="2877" w:type="dxa"/>
          </w:tcPr>
          <w:p w14:paraId="1B36EAFC" w14:textId="3DD0CB4E" w:rsidR="00D958F3" w:rsidRPr="00D958F3" w:rsidRDefault="00D958F3" w:rsidP="00D958F3">
            <w:pPr>
              <w:rPr>
                <w:lang w:val="pl-PL"/>
              </w:rPr>
            </w:pPr>
            <w:r>
              <w:rPr>
                <w:lang w:val="pl-PL"/>
              </w:rPr>
              <w:t>VI</w:t>
            </w:r>
            <w:r w:rsidRPr="00D958F3">
              <w:rPr>
                <w:lang w:val="pl-PL"/>
              </w:rPr>
              <w:t>II – Biskupice – S</w:t>
            </w:r>
            <w:r>
              <w:rPr>
                <w:lang w:val="pl-PL"/>
              </w:rPr>
              <w:t>ł</w:t>
            </w:r>
            <w:r w:rsidRPr="00D958F3">
              <w:rPr>
                <w:lang w:val="pl-PL"/>
              </w:rPr>
              <w:t>omiana p. Wąsik</w:t>
            </w:r>
          </w:p>
        </w:tc>
        <w:tc>
          <w:tcPr>
            <w:tcW w:w="2877" w:type="dxa"/>
          </w:tcPr>
          <w:p w14:paraId="24E18F5A" w14:textId="3118ABD2" w:rsidR="00D958F3" w:rsidRDefault="00D958F3" w:rsidP="00D958F3">
            <w:r>
              <w:t>7:38</w:t>
            </w:r>
          </w:p>
        </w:tc>
        <w:tc>
          <w:tcPr>
            <w:tcW w:w="2876" w:type="dxa"/>
          </w:tcPr>
          <w:p w14:paraId="7C45464F" w14:textId="77777777" w:rsidR="00D958F3" w:rsidRDefault="00D958F3" w:rsidP="00D958F3"/>
        </w:tc>
      </w:tr>
      <w:tr w:rsidR="00D958F3" w14:paraId="69BEB80F" w14:textId="77777777" w:rsidTr="002A2AD6">
        <w:tc>
          <w:tcPr>
            <w:tcW w:w="2877" w:type="dxa"/>
          </w:tcPr>
          <w:p w14:paraId="13E8A538" w14:textId="0E143326" w:rsidR="00D958F3" w:rsidRPr="00D958F3" w:rsidRDefault="00D958F3" w:rsidP="00D958F3">
            <w:pPr>
              <w:rPr>
                <w:lang w:val="pl-PL"/>
              </w:rPr>
            </w:pPr>
            <w:r w:rsidRPr="00D958F3">
              <w:rPr>
                <w:lang w:val="pl-PL"/>
              </w:rPr>
              <w:t>I</w:t>
            </w:r>
            <w:r>
              <w:rPr>
                <w:lang w:val="pl-PL"/>
              </w:rPr>
              <w:t>X</w:t>
            </w:r>
            <w:r w:rsidRPr="00D958F3">
              <w:rPr>
                <w:lang w:val="pl-PL"/>
              </w:rPr>
              <w:t xml:space="preserve"> – Biskupice – S</w:t>
            </w:r>
            <w:r>
              <w:rPr>
                <w:lang w:val="pl-PL"/>
              </w:rPr>
              <w:t>ł</w:t>
            </w:r>
            <w:r w:rsidRPr="00D958F3">
              <w:rPr>
                <w:lang w:val="pl-PL"/>
              </w:rPr>
              <w:t>omiana sklep Żabka</w:t>
            </w:r>
          </w:p>
        </w:tc>
        <w:tc>
          <w:tcPr>
            <w:tcW w:w="2877" w:type="dxa"/>
          </w:tcPr>
          <w:p w14:paraId="5F171A6D" w14:textId="64A75FA9" w:rsidR="00D958F3" w:rsidRDefault="00D958F3" w:rsidP="00D958F3">
            <w:r>
              <w:t>7:39</w:t>
            </w:r>
          </w:p>
        </w:tc>
        <w:tc>
          <w:tcPr>
            <w:tcW w:w="2876" w:type="dxa"/>
          </w:tcPr>
          <w:p w14:paraId="145DB393" w14:textId="77777777" w:rsidR="00D958F3" w:rsidRDefault="00D958F3" w:rsidP="00D958F3"/>
        </w:tc>
      </w:tr>
      <w:tr w:rsidR="008C214A" w14:paraId="4A1F65CB" w14:textId="77777777" w:rsidTr="002A2AD6">
        <w:tc>
          <w:tcPr>
            <w:tcW w:w="2877" w:type="dxa"/>
          </w:tcPr>
          <w:p w14:paraId="52B34281" w14:textId="6636B77B" w:rsidR="008C214A" w:rsidRPr="00D958F3" w:rsidRDefault="008C214A" w:rsidP="00D958F3">
            <w:pPr>
              <w:rPr>
                <w:lang w:val="pl-PL"/>
              </w:rPr>
            </w:pPr>
            <w:r>
              <w:rPr>
                <w:lang w:val="pl-PL"/>
              </w:rPr>
              <w:t xml:space="preserve">X – SP Biskupice </w:t>
            </w:r>
          </w:p>
        </w:tc>
        <w:tc>
          <w:tcPr>
            <w:tcW w:w="2877" w:type="dxa"/>
          </w:tcPr>
          <w:p w14:paraId="420B2C86" w14:textId="5538448F" w:rsidR="008C214A" w:rsidRDefault="008C214A" w:rsidP="00D958F3">
            <w:r>
              <w:t>7:44</w:t>
            </w:r>
          </w:p>
        </w:tc>
        <w:tc>
          <w:tcPr>
            <w:tcW w:w="2876" w:type="dxa"/>
          </w:tcPr>
          <w:p w14:paraId="41B7FADA" w14:textId="77777777" w:rsidR="008C214A" w:rsidRDefault="008C214A" w:rsidP="00D958F3"/>
        </w:tc>
      </w:tr>
    </w:tbl>
    <w:p w14:paraId="558942A9" w14:textId="77777777" w:rsidR="00D172F7" w:rsidRPr="00D958F3" w:rsidRDefault="00D172F7" w:rsidP="00BA0C82">
      <w:pPr>
        <w:pStyle w:val="Nagwek1"/>
        <w:rPr>
          <w:lang w:val="pl-PL"/>
        </w:rPr>
      </w:pPr>
    </w:p>
    <w:sectPr w:rsidR="00D172F7" w:rsidRPr="00D958F3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8239116">
    <w:abstractNumId w:val="8"/>
  </w:num>
  <w:num w:numId="2" w16cid:durableId="2172806">
    <w:abstractNumId w:val="6"/>
  </w:num>
  <w:num w:numId="3" w16cid:durableId="240257774">
    <w:abstractNumId w:val="5"/>
  </w:num>
  <w:num w:numId="4" w16cid:durableId="169490409">
    <w:abstractNumId w:val="4"/>
  </w:num>
  <w:num w:numId="5" w16cid:durableId="380904751">
    <w:abstractNumId w:val="7"/>
  </w:num>
  <w:num w:numId="6" w16cid:durableId="630092993">
    <w:abstractNumId w:val="3"/>
  </w:num>
  <w:num w:numId="7" w16cid:durableId="1099178923">
    <w:abstractNumId w:val="2"/>
  </w:num>
  <w:num w:numId="8" w16cid:durableId="550578464">
    <w:abstractNumId w:val="1"/>
  </w:num>
  <w:num w:numId="9" w16cid:durableId="198516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2AD6"/>
    <w:rsid w:val="00326F90"/>
    <w:rsid w:val="003B788B"/>
    <w:rsid w:val="00406554"/>
    <w:rsid w:val="005A43DB"/>
    <w:rsid w:val="007D5F05"/>
    <w:rsid w:val="00850940"/>
    <w:rsid w:val="008C214A"/>
    <w:rsid w:val="00AA1D8D"/>
    <w:rsid w:val="00B47730"/>
    <w:rsid w:val="00BA02CB"/>
    <w:rsid w:val="00BA0C82"/>
    <w:rsid w:val="00C1554E"/>
    <w:rsid w:val="00CB0664"/>
    <w:rsid w:val="00D172F7"/>
    <w:rsid w:val="00D958F3"/>
    <w:rsid w:val="00E65641"/>
    <w:rsid w:val="00EA1733"/>
    <w:rsid w:val="00FA77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0ABA06"/>
  <w14:defaultImageDpi w14:val="300"/>
  <w15:docId w15:val="{4294A69A-41AA-4140-9C25-3F05C8367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1863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2026-10-08T20:57:00Z</cp:lastPrinted>
  <dcterms:created xsi:type="dcterms:W3CDTF">2026-10-26T07:47:00Z</dcterms:created>
  <dcterms:modified xsi:type="dcterms:W3CDTF">2026-10-26T07:47:00Z</dcterms:modified>
  <cp:category/>
</cp:coreProperties>
</file>